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מדרגות אל המלחמה – הפרת חוזה ורסאי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הסעיפים המרכזיים בחוזה ורסאי שהגבילו את 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על ציר זמן את צעדי ההפרה בשנים 1935–1939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מדיניות הפיוס ואת תוצאותיה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סיפוח אוסטריה לגרמניה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 לדרישות היטלר כדי למנוע מלחמה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החוזה אסר צבא גדול, חיל אוויר, טנקים וצוללות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נקטו מדיניות פיוס ולא הגיבו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נחתם בלי נציג צ'כוסלובקיה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אנשלוס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ממשלת בריטניה, מוביל מדיניות הפיוס)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(ראש ממשלת צרפת שחתם על הסכם מינכן)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(קנצלר אוסטריה שהתפטר לפני האנשלוס)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(מנהיג גרמניה שהפר את חוזה ורסאי)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על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חידוש גיוס החובה והקמת חיל אוויר (1935)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כניסת הצבא הגרמני לחבל הריין (1936)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האנשלוס – סיפוח אוסטריה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הסכם מינכן על חבל הסודטים (1938)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הבנה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יצר רצועת ביטחון שמנעה מצבא גרמני להתקרב ישירות לגבול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שהן אינן מוכנות להשתמש בכוח כדי לעצור אותו, מה שעודד אותו להמשיך בהפרות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כיבוש שאר צ'כוסלובקיה והסכם ריבנטרופ-מולוטוב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ויתור בריטניה וצרפת לדרישות היטלר כדי למנוע מלחמה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מתקבלת, חשוב שהתלמיד יקשר בין הצעד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'הכלל שנשבר' כדי לחבר את התלמידים לרעיון ההסלמה 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על ציר הזמן כדאי להקרין מפה כדי להמחיש את השטחים שנלקחו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להשתמש בסמלים ותמונות לכל צעד ולהסתפק בשלושה צעדים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מדרגות אל המלחמה – הפרת חוזה ורסאי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חוזה ורסאי משנת 1919 הטיל הגבלות קשות על גרמניה. בין 1935 ל-1939 היטלר הפר את ההגבלות צעד אחר צעד, ובריטניה וצרפת לא עצרו אותו. דף זה בודק הבנה של הצעדים, הדמויות והמושגים המרכזיים.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אנשלוס  ·  גיוס  ·  הריין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האנשלוס?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כניסה לחבל הריין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סיפוח אוסטריה לגרמניה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הסכם עם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מדינה לא השתתפה בוועידת מינכן?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צ'כוסלובקיה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מדיניות הפיוס?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ויתור לדרישות היטלר כדי למנוע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הכרזת מלחמה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ברית צבאית עם גרמניה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חוזה ורסאי אסר על גרמניה להחזיק חיל 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בריטניה וצרפת הגיבו בכוח צבאי לכל הפרה של גרמניה.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צ'כוסלובקיה השתתפה בוועידת מינכן.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ב-1935 חידש היטלר את __________ החובה והקים חיל אוויר.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ב-1936 הצבא הגרמני נכנס לחבל __________ המפורז.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ב-1938 סיפח היטלר את אוסטריה, אירוע שנקרא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נוויל צ'מברליין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מנהיג גרמניה שהפר את חוזה ורסאי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אדוארד דלדייה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ראש ממשלת בריטניה, מוביל מדיניות הפיוס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קורט שושניג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ראש ממשלת צרפת שחתם על הסכם מינכן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היטלר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קנצלר אוסטריה שהתפטר לפני האנשלוס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על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הסכם מינכן על חבל הסודטים (1938)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האנשלוס – סיפוח אוסטריה (1938)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כניסת הצבא הגרמני לחבל הריין (1936)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חידוש גיוס החובה והקמת חיל אוויר (1935)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הבנה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פירוז חבל הריין היה חשוב במיוחד לצרפת?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למד היטלר מתגובות בריטניה וצרפת לצעדיו?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האירועים של 1939 שסגרו את הדרך למלחמה?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מדיניות הפיוס?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מדרגות אל המלחמה – הפרת חוזה ורסאי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